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Drug development for respiratory infectious diseases and related complications in other systems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Toto editoriál sa zameriava na vývoj liekov proti respiračným infekčným ochoreniam a súvisiacim komplikáciám v iných systémoch tela[1][9]. Zahŕňa štúdie o synergickom účinku kombinácie ciprofloxacínu a meropenému na multirezistentný Acinetobacter baumannii, kde testy preukázali bakteriocídne účinky, zvýšenú priepustnosť vonkajšej membrány a inhibíciu effluxových púmp[2]. Ďalší výskum identifikoval derivát magnololu 6i s antibakteriálnou aktivitou proti MRSA (MIC 2–8 μg/mL), dobrá plazmatickou stabilitou a účinnosťou v myšom modeli kožného abscesu porovnateľnou s vankomycínom[2]. Systematická recenzia ukázala, že vakcíny proti NTHi-Mcat/NTHi u pacientov s COPD neznižujú riziko exacerbácií ani celkovú mortalitu[3]. Prípadová štúdia popisuje úspešnú liečbu 78-ročného pacienta s ťažkou Q horúčkou a H1N1 pomocou omadacyklínu, kde tNGS potvrdilo diagnózu a liečba viedla k ústupu symptómov[4]. Nebulizované lieky ako budesonid s terbutalínom v kombinácii s azitromycínom preukázali vyššiu klinickú účinnosť a bezpečnosť pri liečbe mykoplazmatickej pneumónie u detí oproti azitromycínu samostatne[5]. Recenzia zdôrazňuje výzvy pri liečbe komunitne získanej pneumónie u pacientov s myasthenia gravis, vrátane výberu antibiotík a úpravy imunosupresív[6].</w:t>
      </w:r>
    </w:p>
    <w:p/>
    <w:p>
      <w:pPr>
        <w:jc w:val="center"/>
      </w:pPr>
      <w:r>
        <w:t>Vygenerované: 03.03.2026 16:03:00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