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Evolúcia zdravotnej starostlivosti okom: Od starovekej povery k oftalmoskopu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Štúdia skúmala vývoj oftalmológie od staroveku po 19. storočie a jej úlohu v diagnostike systémových ochorení. V starovekom Sumeri v 3. tisícročí pred naším letopočtom ľudia interpretovali zmeny vo vzhľade očí ako znaky démonického posadnutia vnútorných orgánov. Medzi rokmi 500 pred Kristom a 200 pred Kristom grécky Hippokratov korpus, čínsky Huang Di Nei Jing a indické ajurvédske spisy nahradili nadprirodzené vysvetlenia racionálnymi, hoci nepresným modelmi chorôb. Tieto rámce umožnili pokrok v empirickom myslení a viedli k neskorším objavom, ako sú Ibn al-Haythamove poznatky o videní, Galvaniho objav elektrického vedenia v nervoch a Harveyho demonštrácia uzavretého obehového systému. Vynález oftalmoskopu Helmholtzom v roku 1851 znamenal rozhodujúci prelom, ktorý umožnil lekárom po prvý raz priamo zobraziť sietnicu a zrakový nerv u živých pacientov. Pomocou oftalmoskopie sa oko premenilo na skutočné diagnostické okno pre systémové ochorenia a pevne sa tak stanovila moderná úloha oka pri hodnotení zdravia celého organizmu.</w:t>
      </w:r>
    </w:p>
    <w:p/>
    <w:p>
      <w:pPr>
        <w:jc w:val="center"/>
      </w:pPr>
      <w:r>
        <w:t>Vygenerované: 03.03.2026 16:02:47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