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Analýza faktorov ovplyvňujúcich hrúbku sietnice pri chronickej obštrukčnej chorobe pľúc a hypertenzii: prierezová štúdia v komunite v strednom a staršom veku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Prierezová štúdia na 1527 očiach (2977 očí) u 1527 účastníkov s priemerným vekom 70,04 ± 5,74 rokov (55 % žien) skúmala hrúbku sietnice (RT) meranú optickou koherentnou tomografiou u ľudí s CHOCHP a hypertenziou. U 49,8 % účastníkov bola hypertenzia a u 8,2 % CHOCHP. Vek spôsobil stenčenie RT vo všetkých makulárnych oblastiach okrem centrálnej (p &lt; 0,05). CHOCHP bola spojená so stenčením v centrálnej, vnútornej nazálnej, dolnej vonkajšej a vonkajšej nazálnej oblasti len v nehypertenznej podskupine (p &lt; 0,05). Hypertenzia zvyšovala riziko stenčenia v temporálnej vnútornej oblasti (OR = 1,249, 95 % CI: 1,030–1,514) a hornej vonkajšej oblasti (OR = 1,325, 95 % CI: 1,092–1,608). Diastolický krvný tlak (DBP) pozitívne koreloval s vnútornou RT (β = 0,186–0,202, p &lt; 0,01), systolický krvný tlak (SBP) nie; u liečených hypertonikov len v hornej vnútornej oblasti. CHOCHP a hypertenzia sú nezávislé rizikové faktory zmien RT s rôznymi účinkami v jednotlivých oblastiach, antihypertenzná liečba zmierňuje vplyv DBP.</w:t>
      </w:r>
    </w:p>
    <w:p/>
    <w:p>
      <w:pPr>
        <w:jc w:val="center"/>
      </w:pPr>
      <w:r>
        <w:t>Vygenerované: 03.03.2026 16:02:25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