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Medicaid: zdravotná záchranná sieť Spojených štátov amerických sa rozpadá</w:t>
      </w:r>
    </w:p>
    <w:p>
      <w:r>
        <w:t>Zdroj: BMJ</w:t>
      </w:r>
    </w:p>
    <w:p>
      <w:r>
        <w:t>Publikované: 2026-03-03T02:41:26-08:00</w:t>
      </w:r>
    </w:p>
    <w:p/>
    <w:p>
      <w:pPr>
        <w:pStyle w:val="Heading1"/>
      </w:pPr>
      <w:r>
        <w:t>Súhrn</w:t>
      </w:r>
    </w:p>
    <w:p>
      <w:r>
        <w:t>Medicaid je program záchrannej siete zdravotného poistenia v Spojených štátoch amerických. Za posledné desaťročie zaznamenal prudký nárast počtu zapísaných ľudí, najmä po zákone o dostupnej starostlivosti v roku 2014, ktorý rozšíril nárok na milióny dospelých v produktívnom veku s nízkymi príjmami. Rozšírenie znížilo podiel nepoistených dospelých v tomto veku z 33 % na 17 %, zlepšilo prístup k zdravotnej starostlivosti a jej cenovú dostupnosť. Počas prvých štyroch rokov zachránilo odhadom 20 000 životov a počet poistencov sa zvýšil o viac ako 20 miliónov. Dnes Medicaid pokrýva približne jedného z piatich ľudí v USA. Nové ustanovenia v zákone One Big Beautiful Bill Act (H.R.1) zavádzajú neefektívnosť a administratívne prekážky, ktoré môžu zvrátiť tento pokrok. Rast programu prichádza s kontroverziou ohľadom jeho účelu a finančnej udržateľnosti.</w:t>
      </w:r>
    </w:p>
    <w:p/>
    <w:p>
      <w:pPr>
        <w:jc w:val="center"/>
      </w:pPr>
      <w:r>
        <w:t>Vygenerované: 03.03.2026 14:01:04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