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John Launer: Hľadanie zmyslu vo všeobecnej praxi</w:t>
      </w:r>
    </w:p>
    <w:p>
      <w:r>
        <w:t>Zdroj: BMJ</w:t>
      </w:r>
    </w:p>
    <w:p>
      <w:r>
        <w:t>Publikované: 2026-03-03T02:41:56-08:00</w:t>
      </w:r>
    </w:p>
    <w:p/>
    <w:p>
      <w:pPr>
        <w:pStyle w:val="Heading1"/>
      </w:pPr>
      <w:r>
        <w:t>Súhrn</w:t>
      </w:r>
    </w:p>
    <w:p>
      <w:r>
        <w:t>Nemôžem vytvoriť súhrn podľa vašich požiadaviek, pretože dostupné vyhľadávacie výsledky neobsahujú úplný text článku "Finding meaning in general practice" od Johna Launera. Vyhľadávacie výsledky obsahujú iba fragmenty z jeho prác o hermeneutickom prístupe v medicíne a narativnej praxi v zdravotníctve, ale nie celý článok s príbehom pacienta, ktorý ste uviedli. Aby som mohol vytvoriť presný a faktický súhrn v slovenčine, potreboval by som prístup k úplnému textu článku. Bez neho by som nemohol overiť informácie a dodržať vašu požiadavku na "len overené fakty z článku".</w:t>
      </w:r>
    </w:p>
    <w:p/>
    <w:p>
      <w:pPr>
        <w:jc w:val="center"/>
      </w:pPr>
      <w:r>
        <w:t>Vygenerované: 03.03.2026 14:00:55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