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Sérový horčík je spojený s rizikom osteoporózy u žien po menopauze: retrospektívna štúdia a model predpovede rizika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Retrospektívna štúdia zahŕňala 496 hospitalizovaných postmenopauzálnych žien od 1. januára 2021 do 30. júna 2025, z čoho 288 malo osteoporózu (T-skóre ≤ -2,5) a 208 nemalo. Pacientky s osteoporózou boli staršie, mali nižší index telesnej hmotnosti (BMI), nižšiu kostnú minerálnu hustotu (BMD) a nižšie sérové hladiny horčíka (Mg) a fosforu (P). ROC analýza ukázala miernu diskriminačnú schopnosť Mg pre osteoporózu (AUC 0,602, 95 % CI 0,551–0,652) s optimálnou hranicou 0,845 mmol/l. Hladina Mg ≤ 0,845 mmol/l bola po úprave nezávisle spojená s vyšším rizikom osteoporózy (OR 1,940, 95 % CI 1,312–2,868; P &lt; 0,05), podobne ako β-CTx (OR 2,229), vek (OR 1,067) a BMI (OR 0,894). U 31 pacientiek s osteoporotickými zlomeninami boli nižšie hladiny Mg a P oproti 465 bez zlomenín. Nomogram s BMI, vekom, Mg, P, β-CTx a P1NP vykázal prijateľnú kalibráciu a klinický prínos. Nižšie sérové hladiny Mg sú spojené s osteoporózou a zlomeninami u týchto žien.</w:t>
      </w:r>
    </w:p>
    <w:p/>
    <w:p>
      <w:pPr>
        <w:jc w:val="center"/>
      </w:pPr>
      <w:r>
        <w:t>Vygenerované: 03.03.2026 09:01:07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