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transkutánnej elektrickej stimulácie akupunktúrneho bodu na pooperačnú nevoľnosť a vracanie po laparoskopickej operácii: metaanalýza randomizovaných kontrolovaných štúdií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Metaanalýza deviatich randomizovaných kontrolovaných štúdií s 2550 pacientmi (1272 v skupine TEAS a 1278 v kontrolnej) hodnotila účinnosť transkutánnej elektrickej stimulácie akupunktúrnych bodov (TEAS) na pooperačnú nevoľnosť a vracanie (PONV) po laparoskopickej operácii. TEAS významne znížila výskyt PONV [RR = 0,78, 95 % CI (0,70, 0,87); P &lt; 0,001], pooperačnú nevoľnosť (PON) [RR = 0,69, 95 % CI (0,67, 0,82); P &lt; 0,001] a pooperačné vracanie (POV) [RR = 0,57, 95 % CI (0,43–0,78); P &lt; 0,001]. Intervencia skrátila čas do prvého flatusu [MD = −3,36 h, 95 % CI (−6,65, −0,21); P = 0,04] a znížila potrebu záchrannej antiemetickej liečby [RR = 0,67, 95 % CI (0,52, 0,87); P = 0,002]. Štúdie boli vyhľadané v databázach Cochrane Library, PubMed, Embase a Web of Science, s nezávislým výberom a hodnotením rizika skreslenia. TEAS sa ukázala ako účinná nefarmakologická doplnková liečba k štandardnej profylaxe, ktorá zlepšuje pooperačné zotavenie. Registrácia: CRD42024560238.</w:t>
      </w:r>
    </w:p>
    <w:p/>
    <w:p>
      <w:pPr>
        <w:jc w:val="center"/>
      </w:pPr>
      <w:r>
        <w:t>Vygenerované: 03.03.2026 09:00:55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