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Cielené prepracovanie liečiva pri osteonekróze čeľuste súvisiacej s liečbou: prehľad protokolov teriparatidu a pentoxifylínu/α-tokoferolu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Liečebná osteonekróza čeľuste (MRONJ) je závažný nežiaduci účinok spojený s antiresorpčnou a antiangiogénnou liečbou, ktorá sa predpisuje pacientom s rakovinou alebo osteoporózou.[1] Presné mechanizmy MRONJ zostávajú nejasné a chýbajú účinné terapie na jej liečbu.[1] Dva prepracované farmakologické protokoly – teriparatid a kombinácia pentoxifylínu s α-tokoferolom – preukázali potenciálne terapeutické výhody pri manažmente tejto komplikácie.[1] Článok hodnotí terapeutický potenciál týchto cielených protokolov na opätovné použitie liekov a navrhuje ich aplikáciu na prevenciu aj liečbu MRONJ.[1] Opätovné použitie liekov predstavuje rýchly a nákladovo efektívny prístup, najmä u pacientov s rakovinou.[1] Súčasná základňa dôkazov je však obmedzená malou veľkosťou vzoriek, heterogénnymi populáciami pacientov, nerandomizovanými návrhmi štúdií a nekonzistentnými ukazovateľmi výsledkov, čo vylučuje konečné závery o účinnosti a optimálnom klinickom použití.[1]</w:t>
      </w:r>
    </w:p>
    <w:p/>
    <w:p>
      <w:pPr>
        <w:jc w:val="center"/>
      </w:pPr>
      <w:r>
        <w:t>Vygenerované: 03.03.2026 07:47:05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