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NoSAS skóre a 5-ročné riziko incidentu cerebrovaskulárneho ochorenia: retrospektívna kohortová štúdia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Štúdia hodnotí užitočnosť NoSAS skóre pri skríningu rizika cerebrovaskulárnych ochorení u pacientov s obštrukčným spánkovým apnoe (OSA). Do retrospektívnej kohortovej štúdie bolo zahrnutých 1348 pacientov zo spánkových centier (2016–2019), bez predchádzajúceho cerebrovaskulárneho ochorenia, s 5-ročným sledovaním cez záznamy a telefonáty. Účastníci boli rozdelení na vysokorizikovú skupinu (NoSAS ≥8, n=690) a nízkorizikovú (&lt;8). V vysokorizikovej skupine bola 5-ročná incidencia cerebrovaskulárnych ochorení 9,71 %. V upravenom logistickom modeli mala vysokoriziková skupina 1,8-násobne vyššie riziko (OR: 1,85, 95 % CI: 1,01–3,38; p=0,045) oproti nízkorizikovej. Významná súvislosť bola v stratifikácii ESS ≤9. NoSAS skóre slúži ako nezávislý prediktor, najmä u neospalého OSA.</w:t>
      </w:r>
    </w:p>
    <w:p/>
    <w:p>
      <w:pPr>
        <w:jc w:val="center"/>
      </w:pPr>
      <w:r>
        <w:t>Vygenerované: 03.03.2026 07:46:34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