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Karcinóm endometria u pacientky s následkami po mŕtvici: kazuistika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62-ročná žena po menopauze s anamnézou hemoragickej mozgovej príhody pred 7 rokmi, hemiplégiou, 3-mesačnou dysfágiou a narušenou rečou bola prijatá pre postmenopauzálne krvácanie. Diagnostická kyretáž odhalila endometrioidný adenokarcinóm endometria v štádiu I podľa FIGO. Podstúpila laparoskopickú hysterektómiu, bilaterálnu salpingo-ooforektómiu a mapovanie sentinelových lymfatických uzlín. Po operácii bola prevezená na JIS s mechanickou ventiláciou; v POD 2 zlyhala extubácia, POD 4 bola vykonaná tracheostómia kvôli predchádzajúcej anamnéze. Enterálna výživa cez nazogastrickú sondu bola prerušená pre intoleranciu, POD 8 bola odstavená z ventilácie a prevezená na oddelenie. Multidisciplinárny tím zabezpečil priechodnosť dýchacích ciest, výživu, ochranu pokožky a prevenciu decubitov. POD 17 bola prepustená domov s tracheostomickou trubicou, odstránenou o týždeň neskôr, a tolerovala pyré. Prípad zdôrazňuje dôležitosť MDT spolupráce pri perioperačnej starostlivosti u pacientiek s karcinómom endometria a následkami mŕtvice.</w:t>
      </w:r>
    </w:p>
    <w:p/>
    <w:p>
      <w:pPr>
        <w:jc w:val="center"/>
      </w:pPr>
      <w:r>
        <w:t>Vygenerované: 03.03.2026 07:45:33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