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Febrilná neutropénia spôsobená vzácnym organizmom Phytobacter: prvá kazuistika z Indie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Prípad sa týka 62-ročnej ženy s rakovinou prsníka, ktorá dostávala chemoterapiu a vyvinula si febrilnú neutropéniu so závažným poklesom počtu bielych krviniek (celkový počet leukocytov 1,05 × 10⁹/l) a krvných doštičiek (5 × 10⁹/l).[5] Krvné kultúry odhalili gramnegatívne baktérie, ktoré boli spočiatku identifikované ako druh Pantoea pomocou systému VITEK-2, ale sekvenovaním 16S rDNA boli potvrdené ako Phytobacter diazotrophicus.[5] Ide o prvý dokumentovaný prípad infekcie krvného riečišťa spôsobenej P. diazotrophicus u pacienta s rakovinou a febrilnou neutropéniou v Indii.[5] Pacientka bola liečená transfúziami krviniek, filgrastímom a antibiotikom piperacilín-tazobaktám, pričom antimikrobiálna terapia bola zastavená na 8. deň s obnovením krvného obrazu zaznamenaným na 7. deň.[5] Prípad zdôrazňuje, že infekcie spôsobené fytobaktériami sú pravdepodobne nedostatočne hlásené automatickými identifikačnými systémami a že je potrebné zvýšené klinické povedomie o tejto baktérii, najmä u imunokompromitovaných pacientov.[5]</w:t>
      </w:r>
    </w:p>
    <w:p/>
    <w:p>
      <w:pPr>
        <w:jc w:val="center"/>
      </w:pPr>
      <w:r>
        <w:t>Vygenerované: 03.03.2026 07:01:41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