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Komplexné vyhodnotenie anatómie nevaskulárnej prepontínovej cisterny ovplyvňujúcej zraniteľnosť trojklaného nervu pomocou morfometrickej analýzy založenej na strojovom učení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vyhodnotila anatómiu nevaskulárnej prepontínovej cisterny ovplyvňujúcej zraniteľnosť trojklaného nervu u 60 pacientov s neuralgiou trojklanného nervu (TN) a 60 zdravých kontrol pomocou MRI a strojového učenia. Pacienti s TN mali tenšie nervy (najmä v póri), väčšie oblasti Meckelovej jaskyne (axiálne a koronálne roviny a výška), menšie sagitálne uhly a kratšiu cisternálnu dĺžku; rozdiel v priemeroch pórov, oblastiach Meckelovej jaskyne (Holmovo p &lt; 0,01) a sagitálnom uhle (Holm p = 0,0092) zostal signifikantný. Dvaja neurorádiológovia dosiahli 97 % zhodu pri hodnotení neurovaskulárneho konfliktu (κ = 0,91). Modely strojového učenia (SVM, Random Forest, XGBoost a iné) dosiahli vysokú diskriminačnú schopnosť: SVM mala PR-AUC 86,16 ± 4,39 % a ROC-AUC 87,40 ± 4,52 %. SHAP a LIME identifikovali priemery na úrovni pórov a merania Meckelovej jaskyne ako hlavné prispievatky. Nevaskulárne variácie v prepontínovej cisterne, najmä veľkosť pórov, jaskyne a sagitálny uhol, prispievajú k patofyziológii TN. AI podporená morfometria poskytuje reprodukovateľnú diskrimináciu na integráciu do diagnostiky a liečby.</w:t>
      </w:r>
    </w:p>
    <w:p/>
    <w:p>
      <w:pPr>
        <w:jc w:val="center"/>
      </w:pPr>
      <w:r>
        <w:t>Vygenerované: 03.03.2026 07:01:31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