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Tento jednoduchý krvný proteín by mohol zastaviť smrteľnú čiernu hubu</w:t>
      </w:r>
    </w:p>
    <w:p>
      <w:r>
        <w:t>Zdroj: ScienceDaily Health</w:t>
      </w:r>
    </w:p>
    <w:p>
      <w:r>
        <w:t>Publikované: Tue, 03 Mar 2026 14:56:04 EST</w:t>
      </w:r>
    </w:p>
    <w:p/>
    <w:p>
      <w:pPr>
        <w:pStyle w:val="Heading1"/>
      </w:pPr>
      <w:r>
        <w:t>Súhrn</w:t>
      </w:r>
    </w:p>
    <w:p>
      <w:r>
        <w:t>Vedci objavili, že albumín, najhojnejšia bielkovina v ľudskej krvi, môže hrať úlohu v boji proti mukormykóze, smrteľnej infekcii čiernou hubou. Mukormykóza je rýchlo sa šíriaca a často smrteľná plesňová infekcia. V medzinárodnej štúdii zistili, že pacienti s touto infekciou majú prekvapivo nízke hladiny albumínu. Nedostatok albumínu silne predpovedá smrť u týchto pacientov.</w:t>
      </w:r>
    </w:p>
    <w:p/>
    <w:p>
      <w:pPr>
        <w:jc w:val="center"/>
      </w:pPr>
      <w:r>
        <w:t>Vygenerované: 04.03.2026 04:00:42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