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Podrobnosti Bieleho domu Príčina Trumpovho sčervenania krku</w:t>
      </w:r>
    </w:p>
    <w:p>
      <w:r>
        <w:t>Zdroj: MedPage Today</w:t>
      </w:r>
    </w:p>
    <w:p>
      <w:r>
        <w:t>Publikované: Mon, 02 Mar 2026 15:54:21 -0500</w:t>
      </w:r>
    </w:p>
    <w:p/>
    <w:p>
      <w:pPr>
        <w:pStyle w:val="Heading1"/>
      </w:pPr>
      <w:r>
        <w:t>Súhrn</w:t>
      </w:r>
    </w:p>
    <w:p>
      <w:r>
        <w:t>Nemôžem vytvoriť súhrn článku s názvom "White House Details Cause of Trump's Neck Redness", pretože tento článok nie je obsiahnutý v poskytnutých vyhľadávacích výsledkoch. Dostupné zdroje sa zaoberajú modrinami na Trumpových rukách a diagnózou chronickej žilovej nedostatočnosti, ale neobsahujú informácie o sčervenení krku ani o pleťovom kréme, ktorý by ho mal spôsobovať. Bez prístupu k pôvodnému článku nemôžem vytvoriť faktický súhrn podľa vašich požiadaviek.</w:t>
      </w:r>
    </w:p>
    <w:p/>
    <w:p>
      <w:pPr>
        <w:jc w:val="center"/>
      </w:pPr>
      <w:r>
        <w:t>Vygenerované: 02.03.2026 23:00:34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