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Joga pre deti? Používanie alternatívnej medicíny medzi mladšími Američanmi vzrástlo</w:t>
      </w:r>
    </w:p>
    <w:p>
      <w:r>
        <w:t>Zdroj: MedPage Today</w:t>
      </w:r>
    </w:p>
    <w:p>
      <w:r>
        <w:t>Publikované: Mon, 02 Mar 2026 14:22:17 -0500</w:t>
      </w:r>
    </w:p>
    <w:p/>
    <w:p>
      <w:pPr>
        <w:pStyle w:val="Heading1"/>
      </w:pPr>
      <w:r>
        <w:t>Súhrn</w:t>
      </w:r>
    </w:p>
    <w:p>
      <w:r>
        <w:t>Prierezová štúdia ukázala, že používanie komplementárnej a alternatívnej medicíny (CAM) medzi deťmi a dospievajúcimi v USA sa v posledných rokoch výrazne zvýšlo. Štúdia vychádza z údajov takmer 23 000 detí a dospievajúcich vo veku od 4 rokov. Medzi mladšími Američanmi rastie záujem o alternatívne metódy, ako je joga pre deti. Tieto zistenia poukazujú na výrazný nárast v porovnaní s predchádzajúcimi rokmi.</w:t>
      </w:r>
    </w:p>
    <w:p/>
    <w:p>
      <w:pPr>
        <w:jc w:val="center"/>
      </w:pPr>
      <w:r>
        <w:t>Vygenerované: 02.03.2026 22:00:51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