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Komunikácia s pacientmi, rodinami pri hodnotení Alzheimerovej choroby</w:t>
      </w:r>
    </w:p>
    <w:p>
      <w:r>
        <w:t>Zdroj: MedPage Today</w:t>
      </w:r>
    </w:p>
    <w:p>
      <w:r>
        <w:t>Publikované: Mon, 02 Mar 2026 12:39:44 -0500</w:t>
      </w:r>
    </w:p>
    <w:p/>
    <w:p>
      <w:pPr>
        <w:pStyle w:val="Heading1"/>
      </w:pPr>
      <w:r>
        <w:t>Súhrn</w:t>
      </w:r>
    </w:p>
    <w:p>
      <w:r>
        <w:t>V knihe „Beyond Diagnosis: Alzheimer's Disease“ behaviorálny neurológ Jagan Pillai z Clevelandskej kliniky diskutuje s hostiteľom Glennom Campbellom o efektívnej komunikácii s pacientmi a rodinami pri hodnotení Alzheimerovej choroby. Alzheimerova choroba je neurodegeneratívna choroba, ktorá zásadne mení život. Diskusia sa zameriava na komunikáciu počas vyhodnocovania ochorenia. Jagan Pillai má tituly MD a PhD. Článok pochádza z MedPage Today.</w:t>
      </w:r>
    </w:p>
    <w:p/>
    <w:p>
      <w:pPr>
        <w:jc w:val="center"/>
      </w:pPr>
      <w:r>
        <w:t>Vygenerované: 02.03.2026 20:01:17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