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CMS zastavuje registráciu do plánov Medicare Advantage spoločnosti Elevance s odvolaním sa na roky nesprávneho správania</w:t>
      </w:r>
    </w:p>
    <w:p>
      <w:r>
        <w:t>Zdroj: STAT News</w:t>
      </w:r>
    </w:p>
    <w:p>
      <w:r>
        <w:t>Publikované: Mon, 02 Mar 2026 18:06:53 +0000</w:t>
      </w:r>
    </w:p>
    <w:p/>
    <w:p>
      <w:pPr>
        <w:pStyle w:val="Heading1"/>
      </w:pPr>
      <w:r>
        <w:t>Súhrn</w:t>
      </w:r>
    </w:p>
    <w:p>
      <w:r>
        <w:t>Centrum pre Medicare a Medicaid Services (CMS) zastavilo registráciu do plánov Medicare Advantage spoločnosti Elevance z dôvodu rokov nesprávneho správania.[1] Spoločnosť Elevance vykazovala podstatné a trvalé nedodržiavanie požiadaviek na predkladanie informácií o svojich zákazníkoch.[1] CMS uviedlo, že ide o dlhodobé problémy s dodržiavaním predpisov.[1] Táto sankcia bráni novým členom vstupovať do týchto plánov.[1] Elevance je zdravotníckou spoločnosťou prevádzkujúcou Medicare Advantage plány v USA.[1] Rozhodnutie CMS prichádza po opakovaných varovaniach o nedostatkoch v reportingu dát.[1]</w:t>
      </w:r>
    </w:p>
    <w:p/>
    <w:p>
      <w:pPr>
        <w:jc w:val="center"/>
      </w:pPr>
      <w:r>
        <w:t>Vygenerované: 02.03.2026 20:01:09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