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Úvod orieškov nie je lepší v kancelárii ako doma pre deti alergické na arašidy</w:t>
      </w:r>
    </w:p>
    <w:p>
      <w:r>
        <w:t>Zdroj: MedPage Today</w:t>
      </w:r>
    </w:p>
    <w:p>
      <w:r>
        <w:t>Publikované: Mon, 02 Mar 2026 12:02:12 -0500</w:t>
      </w:r>
    </w:p>
    <w:p/>
    <w:p>
      <w:pPr>
        <w:pStyle w:val="Heading1"/>
      </w:pPr>
      <w:r>
        <w:t>Súhrn</w:t>
      </w:r>
    </w:p>
    <w:p>
      <w:r>
        <w:t>Štúdia TrEat skúmala, či je zavádzanie orechov deťom alergickým na arašidy bezpečnejšie v lekárskej kancelárii pod dohľadom alebo postupne doma. Výsledky ukázali, že zavádzanie orechov naraz v klinike nebolo lepšie ako postupné zavádzanie v domácom prostredí. Expozícia viacerým orechom v klinike viedla k tomu, že 18,9 % detí vyvinulo alergiu na orechy. Štúdia potvrdila, že skoré a pravidelné konzumovanie bežných alergénov, ako sú arašidy a vajcia, je účinná stratégia na prevenciu alergií. Zistenia naznačujú, že rodičia môžu bezpečne zavádzať orechy svojim deťom doma bez potreby klinického dohľadu. Táto informácia je dôležitá pre rodiny s deťmi, ktoré majú alergiu na arašidy a zvažujú zavádzanie ďalších druhov orechov.</w:t>
      </w:r>
    </w:p>
    <w:p/>
    <w:p>
      <w:pPr>
        <w:jc w:val="center"/>
      </w:pPr>
      <w:r>
        <w:t>Vygenerované: 02.03.2026 19:01:27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