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Odvážny nový plán by mohol konečne vyliečiť cukrovku 1. typu</w:t>
      </w:r>
    </w:p>
    <w:p>
      <w:r>
        <w:t>Zdroj: ScienceDaily Health</w:t>
      </w:r>
    </w:p>
    <w:p>
      <w:r>
        <w:t>Publikované: Mon, 02 Mar 2026 11:49:16 EST</w:t>
      </w:r>
    </w:p>
    <w:p/>
    <w:p>
      <w:pPr>
        <w:pStyle w:val="Heading1"/>
      </w:pPr>
      <w:r>
        <w:t>Súhrn</w:t>
      </w:r>
    </w:p>
    <w:p>
      <w:r>
        <w:t>Výskumníci vyvíjajú dvojzložkovú terapiu na cukrovku 1. typu. Terapia spočíva v laboratórne vyrobených bunkách produkujúcich inzulín spárovaných s imunitnými bunkami vyrobenými na mieru. Tieto imunitné bunky chránia bunky produkujúce inzulín pred zničením imunitným systémom. Cieľom je dosiahnuť ochranu bez potreby imunosupresívnych liekov. Tím získal financovanie vo výške 1 milión dolárov. Dúfajú, že vytvoria liečbu pripravenú na použitie u ľudí s cukrovkou 1. typu, vrátane tých, ktorí chorobu majú už roky. Tento prístup by mohol zmeniť spôsob liečby cukrovky 1. typu.</w:t>
      </w:r>
    </w:p>
    <w:p/>
    <w:p>
      <w:pPr>
        <w:jc w:val="center"/>
      </w:pPr>
      <w:r>
        <w:t>Vygenerované: 02.03.2026 19:00:48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