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Doug Altman v The BMJ</w:t>
      </w:r>
    </w:p>
    <w:p>
      <w:r>
        <w:t>Zdroj: BMJ</w:t>
      </w:r>
    </w:p>
    <w:p>
      <w:r>
        <w:t>Publikované: 2026-03-02T02:41:17-08:00</w:t>
      </w:r>
    </w:p>
    <w:p/>
    <w:p>
      <w:pPr>
        <w:pStyle w:val="Heading1"/>
      </w:pPr>
      <w:r>
        <w:t>Súhrn</w:t>
      </w:r>
    </w:p>
    <w:p>
      <w:r>
        <w:t>Collins a Deeks zdieľajú spomienky na Douga Altmana v The BMJ. Redaktori BMJ ho poznali cez členstvo v „závesnom výbore“, ktorý rozhodoval o publikovaní článkov. Výbor mal zvyčajne päť členov: dvoch lekárov, dvoch redaktorov a štatistika. Diskutovali 12 dokumentov, ktoré všetci prečítali. Doug Altman sa k výboru pripojil asi v roku 1980 a bol členom viac ako 30 rokov. Stretnutia zahŕňali vtipy, klebety a podrobné diskusie o článkoch. Neštatisti v skupine ho obdivovali a súhlasili s jeho názormi na vážne nedostatky v štúdiách. Doug Altman pomáhal autorom dlhými správami, aby štúdie zachránil, a ľutoval ich vynaložené úsilie.</w:t>
      </w:r>
    </w:p>
    <w:p/>
    <w:p>
      <w:pPr>
        <w:jc w:val="center"/>
      </w:pPr>
      <w:r>
        <w:t>Vygenerované: 02.03.2026 13:01:11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