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 bezpečnosť rozpustných stimulátorov alebo aktivátorov guanylátcyklázy pre chronické ochorenie obličiek: systematický prehľad a metaanalýza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Štúdia skúmala účinnosť a bezpečnosť rozpustných stimulátorov a aktivátorov guanylátcyklázy (sGC) pri liečbe chronického ochorenia obličiek (CKD), ktoré predstavuje vážny zdravotnícky problém celosvetovo.[1] Výskumníci analyzovali desať štúdií a zistili, že podávanie týchto látok viedlo k významným pozitívnym účinkom: zníženiu hmotnosti obličiek (o 1,55 jednotiek), zníženiu systolického krvného tlaku (o 3,52 jednotiek) a zníženiu hladiny kyseliny močovej v sére (o 3,52 jednotiek).[1] Liečba tiež zlepšila funkciu obličiek, čo sa prejavilo znížením sérového kreatinínov (o 3,24 jednotiek) a dusíka močoviny v krvi (o 3,53 jednotiek).[1] Účinnosť liečby bola konzistentná bez ohľadu na konkrétny typ sGC, ale mohla sa líšiť v závislosti od typu chronického ochorenia obličiek.[1] Štúdia však nepreukázala žiadny významný vplyv na celkovú telesnú hmotnosť pacientov.[1] Autori záveru uvádzajú, že tieto látky majú renoprotektívne účinky a môžu ponúkať doplnkové terapeutické možnosti pre rôzne typy CKD.[1]</w:t>
      </w:r>
    </w:p>
    <w:p/>
    <w:p>
      <w:pPr>
        <w:jc w:val="center"/>
      </w:pPr>
      <w:r>
        <w:t>Vygenerované: 02.03.2026 07:47:34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