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Podtypy symptómov a ich spojenie so sociálnou izoláciou u starších dospelých s cukrovkou a koronárnou chorobou srdca: štúdia analýzy latentného profilu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Štúdia identifikovala tri zhluky symptómov u starších dospelých s diabetes mellitus (DM) a koronárnou chorobou srdca (CHD) pomocou exploračnej faktorovej analýzy: kardiopulmonálna únava, emocionálne percepčné a metabolické, čo vysvetľuje 62,3 % rozptylu. Analýza latentného profilu rozdelila pacientov do troch podtypov: trieda 1 „Vzor s nízkou záťažou“ (45,4 %), trieda 2 „Psycho-somatický spoludominantný vzor“ (31,8 %) a trieda 3 „Metabolicko-fyzikálny dominantný vzor“ (22,8 %). Skóre sociálnej izolácie (LSNS-6) sa medzi triedami významne líšilo (F = 35,67, p &lt; 0,001). Viacnásobná lineárna regresia po úprave o zmätočné faktory ukázala, že trieda 2 (β = -4,82, p &lt; 0,001) a trieda 3 (β = -3,25, p &lt; 0,001) mali nižšie skóre LSNS-6 oproti triede 1, čo znamená vyšší stupeň sociálnej izolácie. Podtyp s psycho-somatickým vzorom vykazoval najsilnejšie spojenie so sociálnou izoláciou. Včasná identifikácia vysoko zaťažených podskupín môže uľahčiť integrované intervencie zamerané na fyzické, psychologické a sociálne aspekty.</w:t>
      </w:r>
    </w:p>
    <w:p/>
    <w:p>
      <w:pPr>
        <w:jc w:val="center"/>
      </w:pPr>
      <w:r>
        <w:t>Vygenerované: 02.03.2026 07:47:14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