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rozšírený syndróm horúčky dengue s akútnou pankreatitídou a perikardiálnym výpotkom u osemdesiatnikov, od zotavenia po smrteľný šok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Článok popisuje dve ženy vo veku 80 rokov s rozšíreným syndrómom horúčky dengue, komplikovaným akútnou pankreatitídou a perikardiálnym výpotkom. Prvý pacient mala spočiatku horúčku a močové príznaky, potom ťažkú dengue horúčku so šokom, nízkymi krvnými doštičkami, akútnym poškodením obličiek a zmeneným vedomím; počítačová tomografia potvrdila pankreatitídu a perikardiálny výpotok, po podpornej starostlivosti sa zotavila. Druhý pacient mala mimo nemocnice zástavu srdca a multiorgánové zlyhanie, zobrazovacie vyšetrenie ukázalo pankreatitídu a perikardiálny výpotok v súvislosti so šokom dengue; napriek resuscitácii zomrela na druhý deň. Tieto komplikácie sú zriedkavé, ľahko prehliadnuteľné u starších pacientov s atypickými prejavmi a môžu napodobňovať iné ochorenia alebo koexistovať s inými stavmi. Včasné zobrazovanie, ultrazvuk a hemodynamické monitorovanie sú nevyhnutné na rýchlu diagnostiku a zlepšenie výsledkov u tejto zraniteľnej skupiny.</w:t>
      </w:r>
    </w:p>
    <w:p/>
    <w:p>
      <w:pPr>
        <w:jc w:val="center"/>
      </w:pPr>
      <w:r>
        <w:t>Vygenerované: 02.03.2026 07:46:56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