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Dynamické zmeny a prognostická užitočnosť prokalcitonínu, D-diméru a laktátdehydrogenázy u pacientov so sepsou a septickým šokom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Retrospektívna kohortová štúdia zahŕňala 171 pacientov so sepsou, stratifikovaných do skupiny septického šoku (n=49) a sepsy bez šoku (n=122) na posúdenie závažnosti, ako aj do skupiny so zlepšenou prognózou (n=127) a zlou prognózou (n=44) podľa výsledkov hospitalizácie. Pri prijatí boli sérové hladiny prokalcitonínu (PCT), D-diméru (D-D) a laktátdehydrogenázy (LDH) signifikantne vyššie v skupine so septickým šokom ako v skupine so sepsou bez šoku (všetky p &lt; 0,01). Viacnásobná logistická regresia ukázala, že zvýšené hladiny PCT (OR=1,015, 95% CI: 1,002–1,028), D-D (OR=1,087, 95% CI: 1,010–1,170) a LDH (OR=1,265, 95% CI: 1,057–1,516) sú nezávisle spojené s vyššou pravdepodobnosťou septického šoku. Pacienti so zlou prognózou mali počas hospitalizácie trvalo zvýšené hladiny všetkých troch biomarkerov, zatiaľ čo u pacientov so zlepšenou prognózou tieto hladiny významne klesli. PCT, D-D a LDH slúžia ako cenné biomarkery na stratifikáciu závažnosti sepsy a predpovedanie klinických výsledkov. Úrovne týchto biomarkerov pri prijatí sú nezávisle spojené s rozvojom septického šoku a ich dynamické zmeny poskytujú ďalšie prognostické informácie.</w:t>
      </w:r>
    </w:p>
    <w:p/>
    <w:p>
      <w:pPr>
        <w:jc w:val="center"/>
      </w:pPr>
      <w:r>
        <w:t>Vygenerované: 02.03.2026 07:46:16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