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Neregulovaná väčšina: kto zabezpečuje kvalitu v štúdiách z reálneho sveta bez predloženia?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Dôkazy z reálneho sveta (RWE) majú čoraz väčší vplyv na rozhodovanie v zdravotníctve, avšak väčšina priemyslom sponzorovaných štúdií RWE nie je určená na regulačné predloženie alebo úhrady.[1] Mnohé z týchto štúdií sa vykonávajú dôsledne, no väčšina nepredloženého RWE často chýba konzistentná predbežná špecifikácia protokolu, analytická transparentnosť a štruktúrovaný dohľad, čo vedie k variabilite v kvalite a dôveryhodnosti.[1] Problém nie je primárne spôsobený individuálnymi chybami alebo zámernými nedostatkami, ale skôr štrukturálnymi nedostatkami v systéme riadenia.[1] Nástroje na zlepšenie nepredloženého RWE už existujú, avšak ich uplatňovanie je nerovnomerné.[1] Článok navrhuje rámec založený na troch pilieroch: registrácia protokolu, analytická transparentnosť a primerané vnútorné riadenie vrátane zodpovednosti za údaje pacientov.[1] Rozšírenie týchto záruk na všetky štúdie RWE by zvýšilo základnú kvalitu dôkazov a posilnilo dôveru v ich spoľahlivosť.[1]</w:t>
      </w:r>
    </w:p>
    <w:p/>
    <w:p>
      <w:pPr>
        <w:jc w:val="center"/>
      </w:pPr>
      <w:r>
        <w:t>Vygenerované: 02.03.2026 07:01:03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