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Diagnostická presnosť teledermatológie pre kožné ochorenia: systematický prehľad a metaanalýza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Systematický prehľad a metaanalýza vyhodnotili diagnostickú presnosť teledermatológie oproti osobným konzultáciám pri kožných ochoreniach. Z 30 412 záznamov bolo zahrnutých 155 štúdií, z čoho 139 analyzovaných kvantitatívne. Diagnostická zhoda dosiahla 76 % pri všetkých kožných ochoreniach (95 %-CI: 73–79 %), 73 % pri rakovine kože (95 %-CI: 67–79 %) a 76 % pri pigmentových léziách (95 %-CI: 67–83 %). Použitie dermoskopie významne zlepšilo zhodu pri rakovine kože zo 67 % (95 %-CI: 58–74 %) na 80 % (95 %-CI: 73–85 %). Nezistili sa významné rozdiely podľa typu komunikácie, platformy alebo fotografického zariadenia. Priemerný diagnostický čas bol 1,05 minúty na prípad (95 %-CI: 0,98–1,12) a spokojnosť pacientov 82 % (95 %-CI: 76–87 %). Štúdia podporuje teledermatológiu ako spoľahlivú alternatívu na diagnostiku kožných ochorení a skríning rakoviny kože.</w:t>
      </w:r>
    </w:p>
    <w:p/>
    <w:p>
      <w:pPr>
        <w:jc w:val="center"/>
      </w:pPr>
      <w:r>
        <w:t>Vygenerované: 02.03.2026 07:00:33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