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spája nedostatočný počet sestier s vyšším rizikom úmrtia, readmisie</w:t>
      </w:r>
    </w:p>
    <w:p>
      <w:r>
        <w:t>Zdroj: MedPage Today</w:t>
      </w:r>
    </w:p>
    <w:p>
      <w:r>
        <w:t>Publikované: Mon, 02 Mar 2026 16:36:41 -0500</w:t>
      </w:r>
    </w:p>
    <w:p/>
    <w:p>
      <w:pPr>
        <w:pStyle w:val="Heading1"/>
      </w:pPr>
      <w:r>
        <w:t>Súhrn</w:t>
      </w:r>
    </w:p>
    <w:p>
      <w:r>
        <w:t>Nemôžem vytvoriť súhrn článku, ktorý ste uviedli, pretože sa nenachádza v poskytnutých výsledkoch vyhľadávania. Výsledky obsahujú články o nočnej práci sestier, agresii voči zdravotníckym pracovníkom a iné témy, ale nie štúdiu z MedPage Today o nedostatočnom počte sestier a jej vplyve na mortality a readmisie pacientov. Ak chcete súhrn konkrétneho článku, prosím poskytnite jeho úplný text alebo relevantné výňatky, aby som mohol overiť informácie a vytvoriť presný faktický súhrn v slovenčine.</w:t>
      </w:r>
    </w:p>
    <w:p/>
    <w:p>
      <w:pPr>
        <w:jc w:val="center"/>
      </w:pPr>
      <w:r>
        <w:t>Vygenerované: 03.03.2026 00:00:47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