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Významná prevalencia HIV u dospievajúcich v USA so syfilisom, ale prípady klesajú</w:t>
      </w:r>
    </w:p>
    <w:p>
      <w:r>
        <w:t>Zdroj: MedPage Today</w:t>
      </w:r>
    </w:p>
    <w:p>
      <w:r>
        <w:t>Publikované: Sun, 01 Mar 2026 13:02:38 -0500</w:t>
      </w:r>
    </w:p>
    <w:p/>
    <w:p>
      <w:pPr>
        <w:pStyle w:val="Heading1"/>
      </w:pPr>
      <w:r>
        <w:t>Súhrn</w:t>
      </w:r>
    </w:p>
    <w:p>
      <w:r>
        <w:t>Odhaduje sa, že jeden z 12 amerických dospievajúcich so skorým syfilisom má tiež HIV, podľa vzorky národného dohľadu. Štúdia ukazuje, že bremeno súbežného syfilisu a HIV u dospievajúcich v USA sa znižuje. Tieto zistenia boli prezentované na stretnutí v Denveri podľa MedPage Today. Podiel adolescentov s obidvomi infekciami klesá napriek významnej prevalencii HIV u tých so syfilisom. Štúdia analyzovala dáta z národného monitoringu. Výsledky zdôrazňujú pokračujúci pokles prípadov súbežných infekcií.</w:t>
      </w:r>
    </w:p>
    <w:p/>
    <w:p>
      <w:pPr>
        <w:jc w:val="center"/>
      </w:pPr>
      <w:r>
        <w:t>Vygenerované: 01.03.2026 20:00:35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