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práve vytvorili čokoládový med plný prekvapivých zdravotných výhod</w:t>
      </w:r>
    </w:p>
    <w:p>
      <w:r>
        <w:t>Zdroj: ScienceDaily Health</w:t>
      </w:r>
    </w:p>
    <w:p>
      <w:r>
        <w:t>Publikované: Sun, 01 Mar 2026 11:04:28 EST</w:t>
      </w:r>
    </w:p>
    <w:p/>
    <w:p>
      <w:pPr>
        <w:pStyle w:val="Heading1"/>
      </w:pPr>
      <w:r>
        <w:t>Súhrn</w:t>
      </w:r>
    </w:p>
    <w:p>
      <w:r>
        <w:t>Vedci z brazílskej Univerzity v Kaminas vytvorili funkčný med z odpadu kakaových bôbov, konkrétne z kakaových škrupín, ktoré sa zvyčajne vyhadzujú.[1] Pomocou ultrazvukových vĺn zlepšili schopnosť medu extrahovať prospešné zlúčeniny z týchto škrupín bez použitia syntetických rozpúšťadiel.[1] Výsledný produkt obsahuje zvýšené množstvo fenolických zlúčenín s antioxidačnými vlastnosťami, ako potvrdila laboratórna analýza.[1] Med môže podľa pomeru ingrediencií získať čokoládovú alebo fialovú farbu.[1] Proces je ekologický a udržateľný, čo potvrdil softvér Path2Green, a spĺňa princípy zelenej chémie.[1] Technológia získala patent a univerzita rokuje o komercializácii s partnermi pre potravinársky a kozmetický priemysel.[1] Vedci ďalej skúmajú vplyv ultrazvuku na mikróby v mede, aby predlžili jeho trvanlivosť bez chladenia.[1] Výsledky práce boli publikované v časopise ACS Chemistry.[1]</w:t>
      </w:r>
    </w:p>
    <w:p/>
    <w:p>
      <w:pPr>
        <w:jc w:val="center"/>
      </w:pPr>
      <w:r>
        <w:t>Vygenerované: 01.03.2026 18:00:37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