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objavili genetický spínač, ktorý udržuje vaše orgány zdravé</w:t>
      </w:r>
    </w:p>
    <w:p>
      <w:r>
        <w:t>Zdroj: ScienceDaily Health</w:t>
      </w:r>
    </w:p>
    <w:p>
      <w:r>
        <w:t>Publikované: Sun, 01 Mar 2026 19:19:16 EST</w:t>
      </w:r>
    </w:p>
    <w:p/>
    <w:p>
      <w:pPr>
        <w:pStyle w:val="Heading1"/>
      </w:pPr>
      <w:r>
        <w:t>Súhrn</w:t>
      </w:r>
    </w:p>
    <w:p>
      <w:r>
        <w:t>Vedci objavili genetický spínač nazývaný MafB, ktorý pomáha dôležitým imunitným bunkám správne rásť a udržiavať orgány zdravé. Tento spínač vedie nezrelé prekurzorové bunky pri ich vývoji na makrofágy. Makrofágy tvoria tím na čistenie a opravu tela. Odstraňujú patogény, čistia trosky, recyklujú železo a podporujú funkciu tkanív. Keď MafB chýba, bunky zostávajú v nedostatočne vyvinutom stave. V tomto stave nemôžu plne vykonávať svoje ochranné úlohy.</w:t>
      </w:r>
    </w:p>
    <w:p/>
    <w:p>
      <w:pPr>
        <w:jc w:val="center"/>
      </w:pPr>
      <w:r>
        <w:t>Vygenerované: 02.03.2026 13:00:53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