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Názor: Prečo som sa rozhodol zdieľať všetky svoje zdravotné informácie s ChatGPT Health</w:t>
      </w:r>
    </w:p>
    <w:p>
      <w:r>
        <w:t>Zdroj: STAT News</w:t>
      </w:r>
    </w:p>
    <w:p>
      <w:r>
        <w:t>Publikované: Thu, 29 Jan 2026 09:30:00 +0000</w:t>
      </w:r>
    </w:p>
    <w:p/>
    <w:p>
      <w:pPr>
        <w:pStyle w:val="Heading1"/>
      </w:pPr>
      <w:r>
        <w:t>Súhrn</w:t>
      </w:r>
    </w:p>
    <w:p>
      <w:r>
        <w:t>Liz Salmi napísala názor s názvom „Prečo som sa rozhodol zdieľať všetky svoje zdravotné informácie s ChatGPT Health“. Uvádza, že prešla 18 rokmi rakoviny mozgu. Podľa nej ľudia nemusia prejsť 18 rokmi rakoviny mozgu, aby pochopili svoje vlastné zdravotné záznamy. Článok sa zameriava na jej osobné rozhodnutie zdieľať zdravotné údaje s touto novou funkciou ChatGPT Health od OpenAI, spustenou v USA.[1][2][5] Funkcia umožňuje nahrať zdravotné záznamy a prepojiť dáta z aplikácií ako Apple Health, Peloton či MyFitnessPal.[1][2][3] Konverzácie sú ukladané oddelene a nie sú použité na trénovanie AI modelov.[1][2][3] Cieľom je poskytnúť presnejšie odpovede na otázky o zdraví a životnom štýle ako podpora lekárskej starostlivosti.[2][5][6] ChatGPT týždenne odpovedá na zdravotné otázky viac ako 230 miliónom ľudí.[2][10]</w:t>
      </w:r>
    </w:p>
    <w:p/>
    <w:p>
      <w:pPr>
        <w:jc w:val="center"/>
      </w:pPr>
      <w:r>
        <w:t>Vygenerované: 29.01.2026 11:03:35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