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So zabezpečeným novým očkovacím plánom spojenci RFK Jr. smerujú do štátnych budov</w:t>
      </w:r>
    </w:p>
    <w:p>
      <w:r>
        <w:t>Zdroj: STAT News</w:t>
      </w:r>
    </w:p>
    <w:p>
      <w:r>
        <w:t>Publikované: Thu, 29 Jan 2026 09:30:00 +0000</w:t>
      </w:r>
    </w:p>
    <w:p/>
    <w:p>
      <w:pPr>
        <w:pStyle w:val="Heading1"/>
      </w:pPr>
      <w:r>
        <w:t>Súhrn</w:t>
      </w:r>
    </w:p>
    <w:p>
      <w:r>
        <w:t>Spojenci Roberta F. Kennedyho Jr., ministra zdravotníctva USA, zabezpečili zmeny v federálnom očkovacom pláne a teraz smerujú do štátnych legislatív.[1] Výbor CDC hlasoval za obmedzenie kombinovanej vakcíny proti osýpkam, mumpsu, ružienke a varicelle pre deti staršie ako štyri roky kvôli riziku febrilných záchvatov.[1] Stiahol podporu pre široké očkovanie proti covidu-19, pričom odporúča len „spoločné klinické rozhodovanie“ po konzultácii s lekárom pre osoby od šesť mesiacov.[1][2] Odložilo sa hlasovanie o odklade očkovania proti hepatitíde B pri narodení a zmenilo sa odporúčanie na jednu dávku vakcíny proti HPV namiesto dvoch.[1][2] Tieto zmeny zahŕňajú aj obmedzenia pre vakcíny proti chrápačke, rotavírusu, meningokokovej chorobe, hepatitíde A a B.[2] V Texase zomrelo dve neoočkované deti (6 a 8 rokov) na osýpky v rámci epidémie.[3] Kennedy navštívil epicentrum v Texase, zúčastnil sa pohřbu a uviedol, že vakcína je najúčinnejším spôsobom prevencie osýpok.[3] Epidémia osýpok vyžiadala viac ako 1000 nakazených a tri úmrtia, vrátane dvoch detí.[4]</w:t>
      </w:r>
    </w:p>
    <w:p/>
    <w:p>
      <w:pPr>
        <w:jc w:val="center"/>
      </w:pPr>
      <w:r>
        <w:t>Vygenerované: 29.01.2026 11:03:26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