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Účinok atorvastatínu v kombinácii s azitromycínom na funkciu pľúc a funkciu pravého srdca u pacientov s CHOCHP so súčasnou pľúcnou hypertenziou</w:t>
      </w:r>
    </w:p>
    <w:p>
      <w:r>
        <w:t>Zdroj: Frontiers Medicine</w:t>
      </w:r>
    </w:p>
    <w:p>
      <w:r>
        <w:t>Publikované: 2026-01-29T00:00:00Z</w:t>
      </w:r>
    </w:p>
    <w:p/>
    <w:p>
      <w:pPr>
        <w:pStyle w:val="Heading1"/>
      </w:pPr>
      <w:r>
        <w:t>Súhrn</w:t>
      </w:r>
    </w:p>
    <w:p>
      <w:r>
        <w:t>Retrospektívna kohortová štúdia na 229 stabilných pacientoch s CHOCHP a súčasnou pľúcnou hypertenziou porovnávala monoterapiu atorvastatínom s kombinovanou terapiou atorvastatínom a azitromycínom počas 6 mesiacov. Skupina s kombinovanou terapiou dosiahla významné zlepšenie krvných plynov (priemerné zvýšenie PaO2 o 1,22 kPa, 95 % CI: 0,82–1,62 kPa, p &lt; 0,001), funkcie pľúc (zvýšenie o 91 %, priemer F 0,08–0,28 l, p &lt; 0,001) a funkcie pravého srdca (priemerné zníženie PAP o 8,0 mmHg, 95 % CI: 7,0–9,0 mmHg, p &lt; 0,001). Pacienti hlásili menej dýchacích ťažkostí a lepšiu schopnosť každodenného života v porovnaní so skupinou s monoterapiou. Pozorovali sa pozitívne korelácie medzi zlepšením funkcie pľúc a schopnosťou každodenného života. Celková efektívna miera liečby bola vyššia v kombinovanej skupine (84,48 % vs. 72,73 %, p = 0,042). Štúdia naznačuje potenciálne zlepšenie funkčných výsledkov kombinovanou terapiou, ktoré vyžaduje prospektívnu validáciu v randomizovaných kontrolovaných štúdiách.</w:t>
      </w:r>
    </w:p>
    <w:p/>
    <w:p>
      <w:pPr>
        <w:jc w:val="center"/>
      </w:pPr>
      <w:r>
        <w:t>Vygenerované: 29.01.2026 07:45:51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