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premieňajú nádorové imunitné bunky na zabijakov rakoviny</w:t>
      </w:r>
    </w:p>
    <w:p>
      <w:r>
        <w:t>Zdroj: ScienceDaily Health</w:t>
      </w:r>
    </w:p>
    <w:p>
      <w:r>
        <w:t>Publikované: Wed, 28 Jan 2026 09:57:00 EST</w:t>
      </w:r>
    </w:p>
    <w:p/>
    <w:p>
      <w:pPr>
        <w:pStyle w:val="Heading1"/>
      </w:pPr>
      <w:r>
        <w:t>Súhrn</w:t>
      </w:r>
    </w:p>
    <w:p>
      <w:r>
        <w:t>Vedci z Kórejského inštitútu pre pokročilú vedu a technológie (KAIST) objavili nový spôsob liečby rakoviny, ktorý spočíva v preprogramovaní vlastných imunitných buniek nádoru priamo v tele pacienta[1]. Nádory obsahujú makrofágy – imunitné bunky, ktoré by mali bojovať proti rakovine, ale sú zvyčajne inaktívne v dôsledku potlačujúceho prostredia nádoru[2]. Vedci vyvinuli metódu, pri ktorej injekciou špeciálne navrhnutého lieku priamo do nádoru aktivujú tieto spiace bunky a premieňajú ich na vysoko efektívnych bojovníkov proti rakovine[1]. Takto aktivované bunky, nazývané CAR-makrofágy, získavajú schopnosť rozpoznať a ničiť rakovinové bunky a zároveň stimulujú okolité zložky imunitného systému[2]. Pri testoch na zvieracích modeloch s melanómom – najagresívnejšou formou rakoviny kože – došlo k výraznému spomaleniu rastu nádorov a ich zmenšovaniu[1]. Významným zistením je, že imunitná odpoveď sa neobmedzila len na miesto vpichu, ale mohla by mať systémový efekt, čo znamená, že aktivované bunky dokážu naštartovať imunitný systém tak, aby vyhľadával a ničil rakovinové bunky aj mimo priameho miesta aplikácie[1]. Tento prístup predstavuje nový koncept buněčnej terapie, ktorý prekonáva kľúčové obmedzenia existujúcich terapií[2].</w:t>
      </w:r>
    </w:p>
    <w:p/>
    <w:p>
      <w:pPr>
        <w:jc w:val="center"/>
      </w:pPr>
      <w:r>
        <w:t>Vygenerované: 28.01.2026 17:00:41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