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Telechirurgia ukazuje prísľub pre radikálnu prostatektómiu, čiastočnú nefrektómiu</w:t>
      </w:r>
    </w:p>
    <w:p>
      <w:r>
        <w:t>Zdroj: MedPage Today</w:t>
      </w:r>
    </w:p>
    <w:p>
      <w:r>
        <w:t>Publikované: Wed, 28 Jan 2026 18:30:00 -0500</w:t>
      </w:r>
    </w:p>
    <w:p/>
    <w:p>
      <w:pPr>
        <w:pStyle w:val="Heading1"/>
      </w:pPr>
      <w:r>
        <w:t>Súhrn</w:t>
      </w:r>
    </w:p>
    <w:p>
      <w:r>
        <w:t>Podľa malej čínskej randomizovanej štúdie je telechirurgia rovnako spoľahlivá ako štandardná robotická chirurgia pre radikálnu prostatektómiu a čiastočnú nefrektómiu. Telechirurgia znamená operovanie pacienta na diaľku pomocou chirurgického robota. Štúdia porovnávala tieto dva bežné urologické zákroky. Telechirurgia ukazuje prísľub v ich vykonávaní. Zistenia potvrdzujú rovnakú spoľahlivosť oboch metód.</w:t>
      </w:r>
    </w:p>
    <w:p/>
    <w:p>
      <w:pPr>
        <w:jc w:val="center"/>
      </w:pPr>
      <w:r>
        <w:t>Vygenerované: 29.01.2026 02:00:29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