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Vakcína proti demencii a pásovému oparu: Čo nová štúdia našla v Kanade</w:t>
      </w:r>
    </w:p>
    <w:p>
      <w:r>
        <w:t>Zdroj: MedPage Today</w:t>
      </w:r>
    </w:p>
    <w:p>
      <w:r>
        <w:t>Publikované: Mon, 26 Jan 2026 15:54:48 -0500</w:t>
      </w:r>
    </w:p>
    <w:p/>
    <w:p>
      <w:pPr>
        <w:pStyle w:val="Heading1"/>
      </w:pPr>
      <w:r>
        <w:t>Súhrn</w:t>
      </w:r>
    </w:p>
    <w:p>
      <w:r>
        <w:t>Kanadská štúdia z siete záznamov primárnej starostlivosti ukázala, že očkovanie proti herpes zoster (pásový opar) je spojené s výrazne nižším rizikom demencie. Nárok na bezplatnú živú atenuovanú vakcínu Zostavax bol spojený s týmto efektom. Ďalšie štúdie, vrátane walskej analýzy zdravotných záznamov viac ako 280 000 seniorov, zistili 20 % nižšie relatívne riziko demencie počas 7 rokov po očkovaní. V USA retrospektívne analýzy u pacientov nad 65 rokov preukázali 31 až 35 % zníženie rizika demencie po úprave o rizikové faktory. Meta-analýza piatich štúdií s viac ako 103 000 očkovanými osobami odhadla celkové riziko OR ≈ 0,84. Kohortová štúdia s 436 788 osobami potvrdila podobný efekt aj u vakcíny Shingrix s adjuvansom AS01, bez rozdielu oproti iným vakcínam s týmto adjuvansom.</w:t>
      </w:r>
    </w:p>
    <w:p/>
    <w:p>
      <w:pPr>
        <w:jc w:val="center"/>
      </w:pPr>
      <w:r>
        <w:t>Vygenerované: 26.01.2026 23:00:40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