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Smrť sestry Alex Pretti a symbolika ľudského tela</w:t>
      </w:r>
    </w:p>
    <w:p>
      <w:r>
        <w:t>Zdroj: MedPage Today</w:t>
      </w:r>
    </w:p>
    <w:p>
      <w:r>
        <w:t>Publikované: Mon, 26 Jan 2026 13:44:24 -0500</w:t>
      </w:r>
    </w:p>
    <w:p/>
    <w:p>
      <w:pPr>
        <w:pStyle w:val="Heading1"/>
      </w:pPr>
      <w:r>
        <w:t>Súhrn</w:t>
      </w:r>
    </w:p>
    <w:p>
      <w:r>
        <w:t>Alex Pretti, 37-ročný registrovaný zdravotník na jednotke intenzívnej starostlivosti v nemocnici VA Medical Center v Minneapolise, kde ošetroval vojnových veteránov, bol cez víkend smrteľne zastrelený federálnymi imigračnými agentmi.[1][3][5] Pracoval na JIS približne päť rokov a bol členom odborovej organizácie AFGE Local 3669.[3][5] Podľa ministerstva vnitřnej bezpečnosti USA agenti konali v sebaobrane, pretože Pretti údajne pristúpil s 9 mm poloautomatickou pištoľou a kládol násilný odpor pri pokuse o odzbrojenie.[1][3] Analýza videa od CNN však ukazuje, že agent mu zbraň vzal tesne pred streľbou.[1][5] Polícia v Minneapolise potvrdila, že Pretti bol legálnym držiteľom zbrane bez trestného registra.[1][3] Americká asociácia sestier (ANA) vyzvala na transparentné vyšetrenie incidentu.[1] Rodičia a kolegovia ho opisovali ako priateľského a oddaného profesionála.[1][3][4][5]</w:t>
      </w:r>
    </w:p>
    <w:p/>
    <w:p>
      <w:pPr>
        <w:jc w:val="center"/>
      </w:pPr>
      <w:r>
        <w:t>Vygenerované: 26.01.2026 21:00:53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