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Najprv online: Transplantácia srdca bez reanimácie srdca darcu, Ig A Nefropatia Recenzia</w:t>
      </w:r>
    </w:p>
    <w:p>
      <w:r>
        <w:t>Zdroj: Email Newsletter</w:t>
      </w:r>
    </w:p>
    <w:p>
      <w:r>
        <w:t>Publikované: Mon, 26 Jan 2026 12:57:56 -0600 (CST)</w:t>
      </w:r>
    </w:p>
    <w:p/>
    <w:p>
      <w:pPr>
        <w:pStyle w:val="Heading1"/>
      </w:pPr>
      <w:r>
        <w:t>Súhrn</w:t>
      </w:r>
    </w:p>
    <w:p>
      <w:r>
        <w:t>Stručný, faktický súhrn článku v slovenčine: Podcast JAMA Clinical Reviews sa zaoberá diagnózou, liečbou a prognózou IgA nefropatie. Najnovší výskum spoločnosti JAMA poskytuje základné lekárske informácie a fórum na diskusiu o formovaní budúcnosti lekárskej praxe a verejného zdravia. Článok popisuje prípad transplantácie srdca bez predimplantačnej reanimácie srdca darcu s použitím rýchleho ultraoxygenovaného zotavenia. Ďalšie články sa venujú reimaginácii stimulov transplantačných centier nad rámec modelu CMS IOTA a problematike vedomia a kontrolovaného darcovstva po obehovom určení smrti. Prehľadový článok sumarizuje diagnostiku, liečbu a prognózu IgA nefropatie u dospelých. Ďalšie časti sa zaoberajú komunikáciou lekárskych čísel a klinickou výzvou týkajúcou sa 25-ročnej pacientky s búšením srdca, únavou a migrénami. Článok tiež informuje o aktuálnych trendoch na JAMA, ako sú nová pilulka na obezitu Wegovy, diétne odporúčania pre Američanov a syndróm nepokojných nôh.</w:t>
      </w:r>
    </w:p>
    <w:p/>
    <w:p>
      <w:pPr>
        <w:jc w:val="center"/>
      </w:pPr>
      <w:r>
        <w:t>Vygenerované: 26.01.2026 20:00:47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