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Chirurg tvrdí, že nie je vinný za zabitie svojej bývalej manželky, jej manžela zubára</w:t>
      </w:r>
    </w:p>
    <w:p>
      <w:r>
        <w:t>Zdroj: MedPage Today</w:t>
      </w:r>
    </w:p>
    <w:p>
      <w:r>
        <w:t>Publikované: Mon, 26 Jan 2026 10:53:31 -0500</w:t>
      </w:r>
    </w:p>
    <w:p/>
    <w:p>
      <w:pPr>
        <w:pStyle w:val="Heading1"/>
      </w:pPr>
      <w:r>
        <w:t>Súhrn</w:t>
      </w:r>
    </w:p>
    <w:p>
      <w:r>
        <w:t>Illinoiský chirurg Michael David McKee bol obvinený z vraždy svojej bývalej manželky Monique Tepe a jej manžela zubára Spencer Tepe pri streľbe v ich dome v Columbuse v Ohiu v decembri.[1][2] McKee vyhlásil, že je nevinný, a súhlasí s extradíciou do Ohia, no chce zachovať mlčanie.[1] Zábery z kamier viedli k identifikácii jeho vozidla v Rockford v Illinois, kde bol zatknutý.[1][2] Pár plánoval osláviť piatu výročie manželstva v januári 2026.[1] V obvinení ide o dve vraždy s premeditáciou, pôvodne jeden závažný údaj bol 11. januára rozšírený.[1][2] McKee pracuje ako cievny chirurg v OSF Saint Anthony Medical Center v Rockford.[1] V domácnosti boli nájdené malé deti v bezpečí.[2] Predtým čelil viacerým obvineniam z lekárskych chýb a zanedbávaní.[1]</w:t>
      </w:r>
    </w:p>
    <w:p/>
    <w:p>
      <w:pPr>
        <w:jc w:val="center"/>
      </w:pPr>
      <w:r>
        <w:t>Vygenerované: 26.01.2026 18:00:53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