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Paradox kontroly hypertenzie – prečo je Amerika zaseknutá?</w:t>
      </w:r>
    </w:p>
    <w:p>
      <w:r>
        <w:t>Zdroj: NEJM</w:t>
      </w:r>
    </w:p>
    <w:p>
      <w:r>
        <w:t>Publikované: 2026-01-24T12:30:00Z</w:t>
      </w:r>
    </w:p>
    <w:p/>
    <w:p>
      <w:pPr>
        <w:pStyle w:val="Heading1"/>
      </w:pPr>
      <w:r>
        <w:t>Súhrn</w:t>
      </w:r>
    </w:p>
    <w:p>
      <w:r>
        <w:t>Článok „The Hypertension Control Paradox — Why Is America Stuck?“ z New England Journal of Medicine (Ahead of Print) opisuje paradox kontroly hypertenzie v USA. Napriek pokrokom v liečbe a dostupnosti liekov zostáva kontrola krvného tlaku u pacientov nedostatočná. Približne polovica pacientov s hypertenziou má nekontrolovaný krvný tlak, čo zvyšuje riziko srdcových príhod, mŕtvice a predčasnej smrti. V USA je hypertenzia hlavnou príčinou morbidity a mortality, pričom kontrola tlaku v ambulantnom sektore klesá už desaťročie. Hlavné zistenia zdôrazňujú, že štandardné liečby nestačia u mnohých pacientov s rezistentnou hypertenziou. Paradox spočíva v tom, že Amerika je „zaseknutá“ v dosahovaní lepších výsledkov napriek pokročilým zdrojom.[2][3]</w:t>
      </w:r>
    </w:p>
    <w:p/>
    <w:p>
      <w:pPr>
        <w:jc w:val="center"/>
      </w:pPr>
      <w:r>
        <w:t>Vygenerované: 25.01.2026 11:01:02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