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Hore a dole po rebríku: Najnovšie príchody a odchody</w:t>
      </w:r>
    </w:p>
    <w:p>
      <w:r>
        <w:t>Zdroj: STAT News</w:t>
      </w:r>
    </w:p>
    <w:p>
      <w:r>
        <w:t>Publikované: Fri, 23 Jan 2026 17:19:26 +0000</w:t>
      </w:r>
    </w:p>
    <w:p/>
    <w:p>
      <w:pPr>
        <w:pStyle w:val="Heading1"/>
      </w:pPr>
      <w:r>
        <w:t>Súhrn</w:t>
      </w:r>
    </w:p>
    <w:p>
      <w:r>
        <w:t>Článok sumarizuje najnovšie zmeny v personále farmaceutického priemyslu, vrátane príchodov nových zamestnancov, odchodov, povýšení a prestupov. Uvádza aktuálne novinky o pohyboch kľúčových pracovníkov v rôznych spoločnostiach. Zameriava sa na dynamiku vo firme od nováčikov až po vysoké pozície. Neobsahuje špecifické mená ani detaily jednotlivých prípadov. Ide o prehľad najnovších udalostí v sektore. Tieto informácie slúžia na sledovanie trendov v odbore.</w:t>
      </w:r>
    </w:p>
    <w:p/>
    <w:p>
      <w:pPr>
        <w:jc w:val="center"/>
      </w:pPr>
      <w:r>
        <w:t>Vygenerované: 23.01.2026 19:00:43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