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Porucha mozgu môže vysvetliť, prečo niektorí ľudia počujú hlasy</w:t>
      </w:r>
    </w:p>
    <w:p>
      <w:r>
        <w:t>Zdroj: ScienceDaily Health</w:t>
      </w:r>
    </w:p>
    <w:p>
      <w:r>
        <w:t>Publikované: Fri, 23 Jan 2026 08:46:23 EST</w:t>
      </w:r>
    </w:p>
    <w:p/>
    <w:p>
      <w:pPr>
        <w:pStyle w:val="Heading1"/>
      </w:pPr>
      <w:r>
        <w:t>Súhrn</w:t>
      </w:r>
    </w:p>
    <w:p>
      <w:r>
        <w:t>Nový výskum naznačuje, že sluchové halucinácie pri schizofrénii môžu pochádzať z poruchy mozgu, ktorá zamieňa vnútorné myšlienky za vonkajšie hlasy. Normálne mozog predpovedá zvuk svojej vlastnej vnútornej reči a zmierni jej reakciu. U ľudí, ktorí počujú hlasy, sa namiesto toho zvyšuje mozgová aktivita, ako keby hlas patril niekomu inému. Tento jav vysvetľuje, prečo vnútorná reč pôsobí ako vonkajší zvuk. Objav by mohol pomôcť vedcom vyvinúť včasné varovné príznaky psychózy.</w:t>
      </w:r>
    </w:p>
    <w:p/>
    <w:p>
      <w:pPr>
        <w:jc w:val="center"/>
      </w:pPr>
      <w:r>
        <w:t>Vygenerované: 23.01.2026 17:00:35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