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Prichádza AI do anestetizujúceho miesta vo vašej blízkosti?</w:t>
      </w:r>
    </w:p>
    <w:p>
      <w:r>
        <w:t>Zdroj: Email Newsletter</w:t>
      </w:r>
    </w:p>
    <w:p>
      <w:r>
        <w:t>Publikované: Fri, 23 Jan 2026 13:00:06 +0000 (UTC)</w:t>
      </w:r>
    </w:p>
    <w:p/>
    <w:p>
      <w:pPr>
        <w:pStyle w:val="Heading1"/>
      </w:pPr>
      <w:r>
        <w:t>Súhrn</w:t>
      </w:r>
    </w:p>
    <w:p>
      <w:r>
        <w:t>Stručný, faktický súhrn článku: Článok sa zaoberá otázkou, či umelá inteligencia (AI) prichádza do anestetizujúcich miest v blízkosti ľudí. Ide o nezávislé mesačné noviny pre anestéziológov, ktoré sú najčítanejšou publikáciou o anestéziológii v Spojených štátoch. Článok uvádza, že keď príde reč na fyzický stav ASA, anestéziológovia a AI sa zhodujú. Čitateľom je odporúčané prečítať si celé tlačené vydanie Anesthesiology News, ktoré je dostupné po zaplatení predplatného.</w:t>
      </w:r>
    </w:p>
    <w:p/>
    <w:p>
      <w:pPr>
        <w:jc w:val="center"/>
      </w:pPr>
      <w:r>
        <w:t>Vygenerované: 23.01.2026 15:00:53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