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Lekári z Minnesoty kritizujú strach a chaos uprostred Trumpovho zásahu proti imigrácii</w:t>
      </w:r>
    </w:p>
    <w:p>
      <w:r>
        <w:t>Zdroj: MedPage Today</w:t>
      </w:r>
    </w:p>
    <w:p>
      <w:r>
        <w:t>Publikované: Wed, 21 Jan 2026 10:30:09 -0500</w:t>
      </w:r>
    </w:p>
    <w:p/>
    <w:p>
      <w:pPr>
        <w:pStyle w:val="Heading1"/>
      </w:pPr>
      <w:r>
        <w:t>Súhrn</w:t>
      </w:r>
    </w:p>
    <w:p>
      <w:r>
        <w:t>Lekári z Minnesoty upozorňujú na zdravotné problémy spôsobené Trumpovým zásahom proti imigrácii v štáte.[1] Tehotná žena sa bála navštíviť kliniku a sestra ju našla doma už pri pôrode.[1] Pacient s rakovinou obličiek zmizol bez svojich liekov v imigračných zariadeniach a jeho lieky mu boli poslané až po právnom zásahu, pričom lekári si nie sú istí, či ich mohol užívať.[1] Zásah proti imigrácii v Minnesote viedol k tomu, že imigrantskí pacienti sa vyhýbajú zdravotnej starostlivosti z obavy z deportácie.[1] Lekári zdôrazňujú, že tieto obavy vytvárajú vážnu zdravotnú krízu pre pacientov v štáte.[1]</w:t>
      </w:r>
    </w:p>
    <w:p/>
    <w:p>
      <w:pPr>
        <w:jc w:val="center"/>
      </w:pPr>
      <w:r>
        <w:t>Vygenerované: 21.01.2026 18:01:45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