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Nemusíte čítať Trumpov plán zdravotnej starostlivosti a Tarinu JPM26</w:t>
      </w:r>
    </w:p>
    <w:p>
      <w:r>
        <w:t>Zdroj: STAT News</w:t>
      </w:r>
    </w:p>
    <w:p>
      <w:r>
        <w:t>Publikované: Tue, 20 Jan 2026 16:19:26 +0000</w:t>
      </w:r>
    </w:p>
    <w:p/>
    <w:p>
      <w:pPr>
        <w:pStyle w:val="Heading1"/>
      </w:pPr>
      <w:r>
        <w:t>Súhrn</w:t>
      </w:r>
    </w:p>
    <w:p>
      <w:r>
        <w:t>Článok s názvom „Nemusíte čítať Trumpov plán zdravotnej starostlivosti a Tarinu JPM26 takeaways“ pochádza z Health Care Inc. a sumarizuje kľúčové body z JPM26. Podľa Congressional Budget Office (CBO) by republikánsky návrh reformy zdravotného poistenia do roku 2026 pripravil o poistenie 22 miliónov Američanov, pričom bez poistenia by bolo celkovo 49 miliónov ľudí mladších 65 rokov, čo je 18 percent populácie.[1] V nasledujúcom roku by poistenie stratilo 15 miliónov ľudí a pri zachovaní súčasného zákona by nepoistených bolo 28 miliónov.[1] Snemovňa reprezentantov schválila vlastný návrh, ktorý by do roku 2026 pripravil o poistenie 23 miliónov ľudí.[1] Trumpova daňová reforma zahŕňala škrty v programoch Medicaid a potravinovej pomoci, čo by zvýšilo štátny dlh o 3,4 bilióna dolárov za desať rokov.[2] Trump podmienil rokovania s demokratmi o zdravotníctve obnovením financovania vlády počas shutdownu.[3] Prezident oznámil v januári 2026 požiadavku na obranný rozpočet 1,5 bilióna dolárov oproti 901 miliardám.[6]</w:t>
      </w:r>
    </w:p>
    <w:p/>
    <w:p>
      <w:pPr>
        <w:jc w:val="center"/>
      </w:pPr>
      <w:r>
        <w:t>Vygenerované: 20.01.2026 18:00:46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