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Málo známy očkovací panel, ktorý by mohol mať veľké následky</w:t>
      </w:r>
    </w:p>
    <w:p>
      <w:r>
        <w:t>Zdroj: STAT News</w:t>
      </w:r>
    </w:p>
    <w:p>
      <w:r>
        <w:t>Publikované: Tue, 20 Jan 2026 13:59:40 +0000</w:t>
      </w:r>
    </w:p>
    <w:p/>
    <w:p>
      <w:pPr>
        <w:pStyle w:val="Heading1"/>
      </w:pPr>
      <w:r>
        <w:t>Súhrn</w:t>
      </w:r>
    </w:p>
    <w:p>
      <w:r>
        <w:t>Zdravotný tajomník Robert F. Kennedy Jr. prepustil všetkých 17 členov vplyvného federálneho poradného panelu pre očkovanie (ACIP) a nahradil ich novými členmi[1][3]. Väčšina nových členov panelu má výrazne menej skúseností s vedou o očkovaniach – v priemere publikovali o 78 % menej článkov o očkovaniach v recenzovaných časopisoch ako ich predchodcovia, pričom štyria z ôsmich nových členov nemajú v tejto oblasti žiadne publikácie[1]. Niektorí noví členovia panelu v minulosti verejne vyjadrili pochybnosti o očkovaniach a zdá sa, že nemajú skúsenosti s vedou o očkovaniach[1][3]. Medzi novými členmi je Robert Malone, biochemik, ktorý falošne tvrdil, že vynašiel technológiu mRNA vakcín, a ktorý tvrdí, že COVID-19 vakcíny spôsobili 17 miliónov nadbytočných úmrtí, čo však odporuje publikovaným štúdiám naznačujúcim, že vakcíny zachránili milióny životov[1]. Kennedy zdôvodnil zmeny snahou odstrániť konflikty záujmov, avšak aspoň jeden nový člen panelu nedávno dostal 45 000 dolárov za prácu v právnom spore proti spoločnosti Merck týkajúcom sa vakcíny Gardasil[1]. Odborníci na verejné zdravie vyjadrili obavy, že nový panel môže viesť k zmene prístupu k odporúčaniam týkajúcim sa očkovania a že medicínska komunita nemusí dôverovať jeho radám[1][3].</w:t>
      </w:r>
    </w:p>
    <w:p/>
    <w:p>
      <w:pPr>
        <w:jc w:val="center"/>
      </w:pPr>
      <w:r>
        <w:t>Vygenerované: 20.01.2026 15:01:00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