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&amp;#x201c;Chcem, aby moji študenti cítili podporu&amp;#x201d;&amp;#x2014;lekár nadácie, ktorý si vyhradí čas na vyučovanie</w:t>
      </w:r>
    </w:p>
    <w:p>
      <w:r>
        <w:t>Zdroj: BMJ</w:t>
      </w:r>
    </w:p>
    <w:p>
      <w:r>
        <w:t>Publikované: 2026-01-19T02:26:11-08:00</w:t>
      </w:r>
    </w:p>
    <w:p/>
    <w:p>
      <w:pPr>
        <w:pStyle w:val="Heading1"/>
      </w:pPr>
      <w:r>
        <w:t>Súhrn</w:t>
      </w:r>
    </w:p>
    <w:p>
      <w:r>
        <w:t>Debbie Adekanmbi sa ako študentka medicíny rozhodla venovať sa učeniu. Po ukončení prvých dvoch základných ročníkov lekárskeho štúdia sa stala klinickou učiteľkou fyziológie. V súčasnosti učí druhý rok v úlohe zameranej na študentov medicíny a zahŕňa aj niektorých lekárov. Už na lekárskej fakulte si naplánovala, že si vyhradí rok na vyučovanie. Učenie ju baví najmä preto, že vidí úsmev na tvári študenta po vysvetlení látky. Po skončení strednej školy chcela pracovať v zdravotníctve, no váhala medzi medicínou a ošetrovateľstvom. Preto začala ako podporný zdravotnícky pracovník, aby získala prax.</w:t>
      </w:r>
    </w:p>
    <w:p/>
    <w:p>
      <w:pPr>
        <w:jc w:val="center"/>
      </w:pPr>
      <w:r>
        <w:t>Vygenerované: 19.01.2026 13:00:53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