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štúdia žiarenia mobilných telefónov; Vyhráva v pokročilej rakovine; „Najobľúbenejšie“ cenové skoky</w:t>
      </w:r>
    </w:p>
    <w:p>
      <w:r>
        <w:t>Zdroj: MedPage Today</w:t>
      </w:r>
    </w:p>
    <w:p>
      <w:r>
        <w:t>Publikované: Fri, 16 Jan 2026 15:08:43 -0500</w:t>
      </w:r>
    </w:p>
    <w:p/>
    <w:p>
      <w:pPr>
        <w:pStyle w:val="Heading1"/>
      </w:pPr>
      <w:r>
        <w:t>Súhrn</w:t>
      </w:r>
    </w:p>
    <w:p>
      <w:r>
        <w:t>Nemôžem vytvoriť súhrn konkrétneho článku "New Cellphone Radiation Study; Wins in Advanced Cancer; 'Most Favored' Price Jumps" z MedPage Today, pretože tento článok nie je obsiahnutý v poskytnutých výsledkoch vyhľadávania. Poskytnuté výsledky obsahujú informácie o iných štúdiách týkajúcich sa žiarenia mobilných telefónov a rakoviny, najmä o metaanalýze Svetovej zdravotníckej organizácie (WHO), ktorá nenašla dôkaz súvislosti medzi používaním mobilných telefónov a rakovinou mozgu. Ak by ste chceli, aby som vytvoril súhrn niektorého z týchto dostupných článkov, alebo ak máte prístup k plnému textu článku z MedPage Today, rád by som vám pomohol.</w:t>
      </w:r>
    </w:p>
    <w:p/>
    <w:p>
      <w:pPr>
        <w:jc w:val="center"/>
      </w:pPr>
      <w:r>
        <w:t>Vygenerované: 16.01.2026 23:00:50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