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Identifikácia a liečba syndrómu po intenzívnej starostlivosti, JAMA Film on PICS, Perspektíva diétnych smerníc v USA</w:t>
      </w:r>
    </w:p>
    <w:p>
      <w:r>
        <w:t>Zdroj: Email Newsletter</w:t>
      </w:r>
    </w:p>
    <w:p>
      <w:r>
        <w:t>Publikované: Thu, 15 Jan 2026 15:31:26 -0600 (CST)</w:t>
      </w:r>
    </w:p>
    <w:p/>
    <w:p>
      <w:pPr>
        <w:pStyle w:val="Heading1"/>
      </w:pPr>
      <w:r>
        <w:t>Súhrn</w:t>
      </w:r>
    </w:p>
    <w:p>
      <w:r>
        <w:t>Stručný, faktický súhrn v slovenčine : Film JAMA rozpráva príbeh pacienta po mesiacoch na jednotke intenzívnej starostlivosti (JIS) kvôli komplikáciám nekrotizujúcej pankreatitídy. Najnovší výskum JAMA poskytuje základné lekárske informácie a fórum na diskusiu o budúcnosti lekárskej praxe a verejného zdravia. Článok sa venuje syndrómu po intenzívnej starostlivosti (PICS) a jeho identifikácii a liečbe. Ďalej sa zaoberá perspektívou diétnych smerníc v USA na roky 2025-2030. Článok tiež obsahuje informácie o multimediálnej umelej inteligencii v medicíne a pohľade na zdravie očami AI.</w:t>
      </w:r>
    </w:p>
    <w:p/>
    <w:p>
      <w:pPr>
        <w:jc w:val="center"/>
      </w:pPr>
      <w:r>
        <w:t>Vygenerované: 15.01.2026 23:01:50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