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„Posledná ľadová oblasť“ Arktídy je na tenkom ľade</w:t>
      </w:r>
    </w:p>
    <w:p>
      <w:r>
        <w:t>Zdroj: Science Magazine</w:t>
      </w:r>
    </w:p>
    <w:p>
      <w:r>
        <w:t>Publikované: 2026-01-15T07:00:10Z</w:t>
      </w:r>
    </w:p>
    <w:p/>
    <w:p>
      <w:pPr>
        <w:pStyle w:val="Heading1"/>
      </w:pPr>
      <w:r>
        <w:t>Súhrn</w:t>
      </w:r>
    </w:p>
    <w:p>
      <w:r>
        <w:t>„Posledná ľadová oblasť“ (LIA) Arktídy, nachádzajúca sa severne od kanadského Arktického súostrovia, obsahuje najstarší a najhrubší morský ľad a slúži ako kľúčové stanovište pre ľadom závislé druhy.[3][4] Nová štúdia McGill University použila vysokorozlíšené modely a zistila, že LIA môže zmiznúť do desaťročia po tom, ako sa stredný Arktický oceán stane bez ľadu v lete, čo sa očakáva okolo polovice storočia.[3] Hrúbka ľadu v oblasti Queen Elizabeth Islands (QEI) klesá, najmä po teplom lete 2024, keď bol ľad tenší a topenie sa začalo o 5 dní skôr za dekádu od roku 1997.[4] Významná časť hrubého ľadu z LIA môže pretekať južne cez súostrovie do teplejších vôd, kde sa rýchlo roztopí, čo urýchľuje jej stratu pri trvalom bezľadí v centrálnom Arktickom oceáne.[3] Kanada v roku 2019 vyhlásila časť LIA za chránenú morskú oblasť Tuvaijuittuq a v auguste 2024 jej dočasnú ochranu predĺžila o päť rokov.[3] Zachovanie hrubého ľadu je nevyhnutné na spomalenie transportu ľadu cez súostrovie.[3]</w:t>
      </w:r>
    </w:p>
    <w:p/>
    <w:p>
      <w:pPr>
        <w:jc w:val="center"/>
      </w:pPr>
      <w:r>
        <w:t>Vygenerované: 15.01.2026 21:06:56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